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CE81" w14:textId="77777777" w:rsidR="00896AFB" w:rsidRDefault="00E97665">
      <w:r>
        <w:rPr>
          <w:rFonts w:eastAsia="微軟正黑體"/>
        </w:rPr>
        <w:t>School Year 115, 1st semester</w:t>
      </w:r>
    </w:p>
    <w:p w14:paraId="2E54F75E" w14:textId="78512E61" w:rsidR="00896AFB" w:rsidRDefault="00E97665">
      <w:r>
        <w:rPr>
          <w:rFonts w:eastAsia="微軟正黑體"/>
          <w:b/>
          <w:color w:val="FF0000"/>
        </w:rPr>
        <w:t xml:space="preserve">"Everybody Up </w:t>
      </w:r>
      <w:r w:rsidR="005243F6">
        <w:rPr>
          <w:rFonts w:eastAsia="微軟正黑體"/>
          <w:b/>
          <w:color w:val="FF0000"/>
          <w:lang w:eastAsia="zh-TW"/>
        </w:rPr>
        <w:t>4</w:t>
      </w:r>
      <w:r>
        <w:rPr>
          <w:rFonts w:eastAsia="微軟正黑體"/>
          <w:b/>
          <w:color w:val="FF0000"/>
        </w:rPr>
        <w:t>"</w:t>
      </w:r>
      <w:r>
        <w:rPr>
          <w:rFonts w:eastAsia="微軟正黑體"/>
        </w:rPr>
        <w:t xml:space="preserve"> Homework for </w:t>
      </w:r>
      <w:r>
        <w:rPr>
          <w:rFonts w:eastAsia="微軟正黑體"/>
          <w:color w:val="FF0000"/>
          <w:sz w:val="32"/>
        </w:rPr>
        <w:t>Week 1 (8/31-9/4)</w:t>
      </w:r>
    </w:p>
    <w:p w14:paraId="0CA29616" w14:textId="0F1C7115" w:rsidR="00896AFB" w:rsidRDefault="00E97665">
      <w:r>
        <w:rPr>
          <w:rFonts w:eastAsia="微軟正黑體"/>
          <w:b/>
          <w:sz w:val="28"/>
        </w:rPr>
        <w:t xml:space="preserve">Class: </w:t>
      </w:r>
      <w:r w:rsidR="005243F6">
        <w:rPr>
          <w:rFonts w:eastAsia="微軟正黑體"/>
          <w:b/>
          <w:sz w:val="28"/>
        </w:rPr>
        <w:t xml:space="preserve">501, </w:t>
      </w:r>
      <w:r w:rsidR="005243F6">
        <w:rPr>
          <w:rFonts w:eastAsia="微軟正黑體"/>
          <w:b/>
          <w:sz w:val="28"/>
          <w:lang w:eastAsia="zh-TW"/>
        </w:rPr>
        <w:t>5</w:t>
      </w:r>
      <w:r>
        <w:rPr>
          <w:rFonts w:eastAsia="微軟正黑體"/>
          <w:b/>
          <w:sz w:val="28"/>
        </w:rPr>
        <w:t>02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959"/>
        <w:gridCol w:w="5415"/>
      </w:tblGrid>
      <w:tr w:rsidR="00896AFB" w14:paraId="5D4BD1F8" w14:textId="77777777" w:rsidTr="00B643DD">
        <w:tc>
          <w:tcPr>
            <w:tcW w:w="959" w:type="dxa"/>
            <w:vAlign w:val="center"/>
          </w:tcPr>
          <w:p w14:paraId="546481AA" w14:textId="77777777" w:rsidR="00896AFB" w:rsidRPr="00B12971" w:rsidRDefault="00E97665">
            <w:pPr>
              <w:jc w:val="center"/>
              <w:rPr>
                <w:b/>
              </w:rPr>
            </w:pPr>
            <w:r w:rsidRPr="00B12971">
              <w:rPr>
                <w:rFonts w:eastAsia="微軟正黑體"/>
                <w:b/>
              </w:rPr>
              <w:t>英讀</w:t>
            </w:r>
          </w:p>
        </w:tc>
        <w:tc>
          <w:tcPr>
            <w:tcW w:w="5415" w:type="dxa"/>
            <w:vAlign w:val="center"/>
          </w:tcPr>
          <w:p w14:paraId="2ECF2F06" w14:textId="58ECC7A1" w:rsidR="00896AFB" w:rsidRDefault="00E97665">
            <w:r>
              <w:rPr>
                <w:rFonts w:eastAsia="微軟正黑體"/>
              </w:rPr>
              <w:t xml:space="preserve"> </w:t>
            </w:r>
            <w:r w:rsidR="00D8483D">
              <w:rPr>
                <w:rFonts w:eastAsia="微軟正黑體"/>
              </w:rPr>
              <w:t>Diary of a Wimpy Kid</w:t>
            </w:r>
            <w:r w:rsidR="00D8483D">
              <w:rPr>
                <w:rFonts w:ascii="微軟正黑體" w:eastAsia="微軟正黑體" w:hAnsi="微軟正黑體" w:hint="eastAsia"/>
              </w:rPr>
              <w:t>：</w:t>
            </w:r>
            <w:r w:rsidR="00D8483D">
              <w:rPr>
                <w:rFonts w:eastAsia="微軟正黑體"/>
              </w:rPr>
              <w:t>No Brainer</w:t>
            </w:r>
            <w:r>
              <w:rPr>
                <w:rFonts w:eastAsia="微軟正黑體"/>
              </w:rPr>
              <w:t xml:space="preserve"> ( Day 1/</w:t>
            </w:r>
            <w:r w:rsidR="00D8483D">
              <w:rPr>
                <w:rFonts w:eastAsia="微軟正黑體"/>
                <w:lang w:eastAsia="zh-TW"/>
              </w:rPr>
              <w:t>10</w:t>
            </w:r>
            <w:r>
              <w:rPr>
                <w:rFonts w:eastAsia="微軟正黑體"/>
              </w:rPr>
              <w:t xml:space="preserve"> ) </w:t>
            </w:r>
          </w:p>
        </w:tc>
      </w:tr>
    </w:tbl>
    <w:p w14:paraId="40C2FA4D" w14:textId="77777777" w:rsidR="00896AFB" w:rsidRDefault="00896AFB"/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959"/>
        <w:gridCol w:w="3361"/>
        <w:gridCol w:w="2160"/>
        <w:gridCol w:w="3438"/>
      </w:tblGrid>
      <w:tr w:rsidR="00896AFB" w14:paraId="46253192" w14:textId="77777777" w:rsidTr="00782E2B">
        <w:tc>
          <w:tcPr>
            <w:tcW w:w="959" w:type="dxa"/>
            <w:vAlign w:val="center"/>
          </w:tcPr>
          <w:p w14:paraId="13092255" w14:textId="398BF235" w:rsidR="00896AFB" w:rsidRDefault="00B12971">
            <w:pPr>
              <w:jc w:val="center"/>
            </w:pPr>
            <w:r>
              <w:rPr>
                <w:rFonts w:eastAsia="微軟正黑體" w:hint="eastAsia"/>
                <w:b/>
                <w:lang w:eastAsia="zh-TW"/>
              </w:rPr>
              <w:t>英語</w:t>
            </w:r>
          </w:p>
        </w:tc>
        <w:tc>
          <w:tcPr>
            <w:tcW w:w="3361" w:type="dxa"/>
            <w:vAlign w:val="center"/>
          </w:tcPr>
          <w:p w14:paraId="6076DFDB" w14:textId="7F7A0E09" w:rsidR="00896AFB" w:rsidRDefault="00E97665">
            <w:pPr>
              <w:jc w:val="center"/>
            </w:pPr>
            <w:r>
              <w:rPr>
                <w:rFonts w:eastAsia="微軟正黑體"/>
                <w:b/>
              </w:rPr>
              <w:t>Listen, Speak &amp; Read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📖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/>
                <w:b/>
              </w:rPr>
              <w:t>聽說讀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</w:t>
            </w:r>
            <w:r w:rsidR="00A96931">
              <w:rPr>
                <w:rFonts w:eastAsia="微軟正黑體" w:hint="eastAsia"/>
                <w:b/>
                <w:lang w:eastAsia="zh-TW"/>
              </w:rPr>
              <w:t>課堂</w:t>
            </w:r>
            <w:r w:rsidR="00A96931">
              <w:rPr>
                <w:rFonts w:eastAsia="微軟正黑體" w:hint="eastAsia"/>
                <w:b/>
                <w:lang w:eastAsia="zh-TW"/>
              </w:rPr>
              <w:t>&amp;</w:t>
            </w:r>
            <w:r>
              <w:rPr>
                <w:rFonts w:eastAsia="微軟正黑體"/>
                <w:b/>
              </w:rPr>
              <w:t>回家作業</w:t>
            </w:r>
            <w:r>
              <w:rPr>
                <w:rFonts w:eastAsia="微軟正黑體"/>
                <w:b/>
              </w:rPr>
              <w:t>】</w:t>
            </w:r>
          </w:p>
        </w:tc>
        <w:tc>
          <w:tcPr>
            <w:tcW w:w="2160" w:type="dxa"/>
            <w:vAlign w:val="center"/>
          </w:tcPr>
          <w:p w14:paraId="4B76D19D" w14:textId="7DA9D78E" w:rsidR="00896AFB" w:rsidRDefault="00E97665">
            <w:pPr>
              <w:jc w:val="center"/>
            </w:pPr>
            <w:r>
              <w:rPr>
                <w:rFonts w:eastAsia="微軟正黑體"/>
                <w:b/>
              </w:rPr>
              <w:t>Write</w:t>
            </w:r>
            <w:r>
              <w:rPr>
                <w:rFonts w:eastAsia="微軟正黑體"/>
                <w:b/>
              </w:rPr>
              <w:br/>
              <w:t>✍</w:t>
            </w:r>
            <w:r>
              <w:rPr>
                <w:rFonts w:eastAsia="微軟正黑體"/>
                <w:b/>
              </w:rPr>
              <w:t>️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/>
                <w:b/>
              </w:rPr>
              <w:t>寫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【課堂完成】</w:t>
            </w:r>
          </w:p>
        </w:tc>
        <w:tc>
          <w:tcPr>
            <w:tcW w:w="3438" w:type="dxa"/>
            <w:vAlign w:val="center"/>
          </w:tcPr>
          <w:p w14:paraId="285453F2" w14:textId="77777777" w:rsidR="00896AFB" w:rsidRDefault="00E97665">
            <w:pPr>
              <w:jc w:val="center"/>
            </w:pPr>
            <w:r>
              <w:rPr>
                <w:rFonts w:eastAsia="微軟正黑體"/>
                <w:b/>
              </w:rPr>
              <w:t>Review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🔄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/>
                <w:b/>
              </w:rPr>
              <w:t>複習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【回家作業】</w:t>
            </w:r>
          </w:p>
        </w:tc>
      </w:tr>
      <w:tr w:rsidR="00896AFB" w14:paraId="02456FA3" w14:textId="77777777" w:rsidTr="00782E2B">
        <w:tc>
          <w:tcPr>
            <w:tcW w:w="959" w:type="dxa"/>
            <w:vAlign w:val="center"/>
          </w:tcPr>
          <w:p w14:paraId="1BEB92E5" w14:textId="77777777" w:rsidR="00896AFB" w:rsidRDefault="00E97665">
            <w:pPr>
              <w:jc w:val="center"/>
            </w:pPr>
            <w:r>
              <w:rPr>
                <w:rFonts w:eastAsia="微軟正黑體"/>
              </w:rPr>
              <w:t>Day 1</w:t>
            </w:r>
          </w:p>
        </w:tc>
        <w:tc>
          <w:tcPr>
            <w:tcW w:w="3361" w:type="dxa"/>
            <w:vMerge w:val="restart"/>
            <w:vAlign w:val="center"/>
          </w:tcPr>
          <w:p w14:paraId="462F6CA3" w14:textId="1877E235" w:rsidR="00B12971" w:rsidRDefault="00B12971">
            <w:pPr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課本</w:t>
            </w:r>
          </w:p>
          <w:p w14:paraId="376F2166" w14:textId="0FC1BBCA" w:rsidR="00896AFB" w:rsidRDefault="00E97665">
            <w:pPr>
              <w:jc w:val="center"/>
            </w:pPr>
            <w:r>
              <w:rPr>
                <w:rFonts w:eastAsia="微軟正黑體"/>
              </w:rPr>
              <w:t>Welcome - U1 L1 p.4-</w:t>
            </w:r>
            <w:r>
              <w:rPr>
                <w:rFonts w:eastAsia="微軟正黑體"/>
              </w:rPr>
              <w:t>7</w:t>
            </w:r>
          </w:p>
        </w:tc>
        <w:tc>
          <w:tcPr>
            <w:tcW w:w="2160" w:type="dxa"/>
          </w:tcPr>
          <w:p w14:paraId="3D612776" w14:textId="04A40D4B" w:rsidR="00896AFB" w:rsidRDefault="00896AFB"/>
        </w:tc>
        <w:tc>
          <w:tcPr>
            <w:tcW w:w="3438" w:type="dxa"/>
            <w:vAlign w:val="center"/>
          </w:tcPr>
          <w:p w14:paraId="5333B8CD" w14:textId="5D8EBFE7" w:rsidR="00896AFB" w:rsidRDefault="00782E2B">
            <w:pPr>
              <w:jc w:val="center"/>
            </w:pPr>
            <w:r>
              <w:rPr>
                <w:rFonts w:eastAsia="微軟正黑體"/>
              </w:rPr>
              <w:t>熟背單字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/>
              </w:rPr>
              <w:br/>
            </w:r>
            <w:r w:rsidR="007315FF">
              <w:rPr>
                <w:rFonts w:eastAsia="微軟正黑體" w:hint="eastAsia"/>
                <w:lang w:eastAsia="zh-TW"/>
              </w:rPr>
              <w:t>課本</w:t>
            </w:r>
            <w:r>
              <w:rPr>
                <w:rFonts w:eastAsia="微軟正黑體"/>
              </w:rPr>
              <w:t>U1 L1 p.6</w:t>
            </w:r>
          </w:p>
        </w:tc>
      </w:tr>
      <w:tr w:rsidR="00896AFB" w14:paraId="56DFABDB" w14:textId="77777777" w:rsidTr="00782E2B">
        <w:tc>
          <w:tcPr>
            <w:tcW w:w="959" w:type="dxa"/>
            <w:vAlign w:val="center"/>
          </w:tcPr>
          <w:p w14:paraId="3CD8678D" w14:textId="77777777" w:rsidR="00896AFB" w:rsidRDefault="00E97665">
            <w:pPr>
              <w:jc w:val="center"/>
            </w:pPr>
            <w:r>
              <w:rPr>
                <w:rFonts w:eastAsia="微軟正黑體"/>
              </w:rPr>
              <w:t>Day 2</w:t>
            </w:r>
          </w:p>
        </w:tc>
        <w:tc>
          <w:tcPr>
            <w:tcW w:w="3361" w:type="dxa"/>
            <w:vMerge/>
          </w:tcPr>
          <w:p w14:paraId="550973ED" w14:textId="77777777" w:rsidR="00896AFB" w:rsidRDefault="00896AFB"/>
        </w:tc>
        <w:tc>
          <w:tcPr>
            <w:tcW w:w="2160" w:type="dxa"/>
            <w:vAlign w:val="center"/>
          </w:tcPr>
          <w:p w14:paraId="66B1248F" w14:textId="2D0107B1" w:rsidR="00896AFB" w:rsidRDefault="00E97665">
            <w:pPr>
              <w:jc w:val="center"/>
            </w:pPr>
            <w:r>
              <w:rPr>
                <w:rFonts w:eastAsia="微軟正黑體"/>
              </w:rPr>
              <w:t xml:space="preserve">WB </w:t>
            </w:r>
            <w:r>
              <w:rPr>
                <w:rFonts w:eastAsia="微軟正黑體"/>
              </w:rPr>
              <w:t>習作</w:t>
            </w:r>
            <w:r>
              <w:rPr>
                <w:rFonts w:eastAsia="微軟正黑體"/>
              </w:rPr>
              <w:br/>
              <w:t>Welcome p.</w:t>
            </w:r>
            <w:r w:rsidR="00782E2B">
              <w:rPr>
                <w:rFonts w:eastAsia="微軟正黑體" w:hint="eastAsia"/>
                <w:lang w:eastAsia="zh-TW"/>
              </w:rPr>
              <w:t>2-3</w:t>
            </w:r>
          </w:p>
        </w:tc>
        <w:tc>
          <w:tcPr>
            <w:tcW w:w="3438" w:type="dxa"/>
            <w:vAlign w:val="center"/>
          </w:tcPr>
          <w:p w14:paraId="34D47D82" w14:textId="4CA1282A" w:rsidR="00896AFB" w:rsidRDefault="00782E2B">
            <w:pPr>
              <w:jc w:val="center"/>
            </w:pPr>
            <w:r>
              <w:rPr>
                <w:rFonts w:eastAsia="微軟正黑體"/>
              </w:rPr>
              <w:t>熟背句子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/>
              </w:rPr>
              <w:br/>
            </w:r>
            <w:r w:rsidR="007315FF">
              <w:rPr>
                <w:rFonts w:eastAsia="微軟正黑體" w:hint="eastAsia"/>
                <w:lang w:eastAsia="zh-TW"/>
              </w:rPr>
              <w:t>課本</w:t>
            </w:r>
            <w:r>
              <w:rPr>
                <w:rFonts w:eastAsia="微軟正黑體"/>
              </w:rPr>
              <w:t>U1 L1 p.7</w:t>
            </w:r>
          </w:p>
        </w:tc>
      </w:tr>
      <w:tr w:rsidR="00896AFB" w14:paraId="618FE47A" w14:textId="77777777" w:rsidTr="00782E2B">
        <w:tc>
          <w:tcPr>
            <w:tcW w:w="959" w:type="dxa"/>
            <w:vAlign w:val="center"/>
          </w:tcPr>
          <w:p w14:paraId="5DD0E346" w14:textId="77777777" w:rsidR="00896AFB" w:rsidRDefault="00E97665">
            <w:pPr>
              <w:jc w:val="center"/>
            </w:pPr>
            <w:r>
              <w:rPr>
                <w:rFonts w:eastAsia="微軟正黑體"/>
              </w:rPr>
              <w:t>Day 3</w:t>
            </w:r>
          </w:p>
        </w:tc>
        <w:tc>
          <w:tcPr>
            <w:tcW w:w="3361" w:type="dxa"/>
            <w:vMerge/>
          </w:tcPr>
          <w:p w14:paraId="31ABD1CB" w14:textId="77777777" w:rsidR="00896AFB" w:rsidRDefault="00896AFB"/>
        </w:tc>
        <w:tc>
          <w:tcPr>
            <w:tcW w:w="2160" w:type="dxa"/>
            <w:vAlign w:val="center"/>
          </w:tcPr>
          <w:p w14:paraId="279C18A9" w14:textId="77777777" w:rsidR="00896AFB" w:rsidRDefault="00E97665">
            <w:pPr>
              <w:jc w:val="center"/>
            </w:pPr>
            <w:r>
              <w:rPr>
                <w:rFonts w:eastAsia="微軟正黑體"/>
              </w:rPr>
              <w:t xml:space="preserve">WB </w:t>
            </w:r>
            <w:r>
              <w:rPr>
                <w:rFonts w:eastAsia="微軟正黑體"/>
              </w:rPr>
              <w:t>習作</w:t>
            </w:r>
            <w:r>
              <w:rPr>
                <w:rFonts w:eastAsia="微軟正黑體"/>
              </w:rPr>
              <w:br/>
              <w:t>U1 L1 p.4-5</w:t>
            </w:r>
          </w:p>
        </w:tc>
        <w:tc>
          <w:tcPr>
            <w:tcW w:w="3438" w:type="dxa"/>
            <w:vAlign w:val="center"/>
          </w:tcPr>
          <w:p w14:paraId="6C2A3577" w14:textId="294419A3" w:rsidR="00782E2B" w:rsidRPr="00782E2B" w:rsidRDefault="00782E2B" w:rsidP="00782E2B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szCs w:val="20"/>
              </w:rPr>
            </w:pPr>
            <w:r w:rsidRPr="00782E2B">
              <w:rPr>
                <w:rFonts w:ascii="微軟正黑體" w:eastAsia="微軟正黑體" w:hAnsi="微軟正黑體" w:cs="Arial"/>
                <w:szCs w:val="20"/>
              </w:rPr>
              <w:t>9/1</w:t>
            </w:r>
            <w:r w:rsidRPr="00782E2B">
              <w:rPr>
                <w:rFonts w:ascii="微軟正黑體" w:eastAsia="微軟正黑體" w:hAnsi="微軟正黑體" w:cs="Arial" w:hint="eastAsia"/>
                <w:szCs w:val="20"/>
                <w:lang w:eastAsia="zh-TW"/>
              </w:rPr>
              <w:t>0</w:t>
            </w:r>
            <w:r w:rsidRPr="00782E2B">
              <w:rPr>
                <w:rFonts w:ascii="微軟正黑體" w:eastAsia="微軟正黑體" w:hAnsi="微軟正黑體" w:cs="Arial"/>
                <w:szCs w:val="20"/>
              </w:rPr>
              <w:t>(</w:t>
            </w:r>
            <w:r w:rsidRPr="00782E2B">
              <w:rPr>
                <w:rFonts w:ascii="微軟正黑體" w:eastAsia="微軟正黑體" w:hAnsi="微軟正黑體" w:cs="Arial" w:hint="eastAsia"/>
                <w:szCs w:val="20"/>
              </w:rPr>
              <w:t>四</w:t>
            </w:r>
            <w:r w:rsidRPr="00782E2B">
              <w:rPr>
                <w:rFonts w:ascii="微軟正黑體" w:eastAsia="微軟正黑體" w:hAnsi="微軟正黑體" w:cs="Arial"/>
                <w:szCs w:val="20"/>
              </w:rPr>
              <w:t>)</w:t>
            </w:r>
            <w:bookmarkStart w:id="0" w:name="_Hlk207385270"/>
            <w:r>
              <w:rPr>
                <w:rFonts w:ascii="微軟正黑體" w:eastAsia="微軟正黑體" w:hAnsi="微軟正黑體" w:cs="Arial" w:hint="eastAsia"/>
                <w:szCs w:val="20"/>
                <w:lang w:eastAsia="zh-TW"/>
              </w:rPr>
              <w:t xml:space="preserve"> </w:t>
            </w:r>
            <w:r w:rsidRPr="00782E2B">
              <w:rPr>
                <w:rFonts w:ascii="微軟正黑體" w:eastAsia="微軟正黑體" w:hAnsi="微軟正黑體" w:cs="Arial" w:hint="eastAsia"/>
                <w:szCs w:val="20"/>
              </w:rPr>
              <w:t>英語字彙達人</w:t>
            </w:r>
            <w:bookmarkEnd w:id="0"/>
            <w:r>
              <w:rPr>
                <w:rFonts w:ascii="微軟正黑體" w:eastAsia="微軟正黑體" w:hAnsi="微軟正黑體" w:cs="Arial" w:hint="eastAsia"/>
                <w:szCs w:val="20"/>
                <w:lang w:eastAsia="zh-TW"/>
              </w:rPr>
              <w:t>測驗</w:t>
            </w:r>
          </w:p>
          <w:p w14:paraId="2A5205BA" w14:textId="2B064CE6" w:rsidR="00782E2B" w:rsidRPr="00782E2B" w:rsidRDefault="00782E2B" w:rsidP="00782E2B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 w:rsidRPr="00782E2B">
              <w:rPr>
                <w:rFonts w:ascii="微軟正黑體" w:eastAsia="微軟正黑體" w:hAnsi="微軟正黑體" w:cs="Arial" w:hint="eastAsia"/>
                <w:szCs w:val="24"/>
              </w:rPr>
              <w:t>範圍：</w:t>
            </w:r>
            <w:r w:rsidRPr="00782E2B">
              <w:rPr>
                <w:rFonts w:eastAsia="微軟正黑體" w:cs="Arial"/>
                <w:szCs w:val="24"/>
              </w:rPr>
              <w:t>Everybody Up Book</w:t>
            </w:r>
            <w:r w:rsidR="00115FD8">
              <w:rPr>
                <w:rFonts w:eastAsia="微軟正黑體" w:cs="Arial"/>
                <w:szCs w:val="24"/>
              </w:rPr>
              <w:t xml:space="preserve"> </w:t>
            </w:r>
            <w:r w:rsidR="00B643DD">
              <w:rPr>
                <w:rFonts w:eastAsia="微軟正黑體" w:cs="Arial"/>
                <w:szCs w:val="24"/>
              </w:rPr>
              <w:t>3</w:t>
            </w:r>
          </w:p>
          <w:p w14:paraId="2A6AE2EA" w14:textId="209F2A9D" w:rsidR="00896AFB" w:rsidRDefault="00782E2B" w:rsidP="00782E2B">
            <w:r>
              <w:rPr>
                <w:rFonts w:ascii="微軟正黑體" w:eastAsia="微軟正黑體" w:hAnsi="微軟正黑體" w:cs="Arial" w:hint="eastAsia"/>
                <w:szCs w:val="24"/>
                <w:lang w:eastAsia="zh-TW"/>
              </w:rPr>
              <w:t xml:space="preserve">            </w:t>
            </w:r>
            <w:r w:rsidRPr="00782E2B">
              <w:rPr>
                <w:rFonts w:ascii="微軟正黑體" w:eastAsia="微軟正黑體" w:hAnsi="微軟正黑體" w:cs="Arial" w:hint="eastAsia"/>
                <w:szCs w:val="24"/>
              </w:rPr>
              <w:t>課本單字句型</w:t>
            </w:r>
          </w:p>
        </w:tc>
      </w:tr>
    </w:tbl>
    <w:p w14:paraId="683D025F" w14:textId="77777777" w:rsidR="00E97665" w:rsidRDefault="00E97665"/>
    <w:sectPr w:rsidR="00E97665" w:rsidSect="00A9693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57AD" w14:textId="77777777" w:rsidR="00E97665" w:rsidRDefault="00E97665" w:rsidP="00A204B7">
      <w:pPr>
        <w:spacing w:after="0" w:line="240" w:lineRule="auto"/>
      </w:pPr>
      <w:r>
        <w:separator/>
      </w:r>
    </w:p>
  </w:endnote>
  <w:endnote w:type="continuationSeparator" w:id="0">
    <w:p w14:paraId="76B71356" w14:textId="77777777" w:rsidR="00E97665" w:rsidRDefault="00E97665" w:rsidP="00A2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FADA7" w14:textId="77777777" w:rsidR="00E97665" w:rsidRDefault="00E97665" w:rsidP="00A204B7">
      <w:pPr>
        <w:spacing w:after="0" w:line="240" w:lineRule="auto"/>
      </w:pPr>
      <w:r>
        <w:separator/>
      </w:r>
    </w:p>
  </w:footnote>
  <w:footnote w:type="continuationSeparator" w:id="0">
    <w:p w14:paraId="4A668E50" w14:textId="77777777" w:rsidR="00E97665" w:rsidRDefault="00E97665" w:rsidP="00A20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1B3"/>
    <w:rsid w:val="00115FD8"/>
    <w:rsid w:val="00142202"/>
    <w:rsid w:val="0015074B"/>
    <w:rsid w:val="0029639D"/>
    <w:rsid w:val="00326F90"/>
    <w:rsid w:val="005243F6"/>
    <w:rsid w:val="00533ED4"/>
    <w:rsid w:val="00686057"/>
    <w:rsid w:val="007315FF"/>
    <w:rsid w:val="0075103C"/>
    <w:rsid w:val="00782E2B"/>
    <w:rsid w:val="00896AFB"/>
    <w:rsid w:val="00997431"/>
    <w:rsid w:val="00A204B7"/>
    <w:rsid w:val="00A96931"/>
    <w:rsid w:val="00AA1D8D"/>
    <w:rsid w:val="00B12971"/>
    <w:rsid w:val="00B47730"/>
    <w:rsid w:val="00B643DD"/>
    <w:rsid w:val="00C64285"/>
    <w:rsid w:val="00CB0664"/>
    <w:rsid w:val="00D8483D"/>
    <w:rsid w:val="00E976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DA843E"/>
  <w14:defaultImageDpi w14:val="300"/>
  <w15:docId w15:val="{66253663-8E3C-45C7-B470-BBE53D6B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2026-08-31T10:24:00Z</dcterms:created>
  <dcterms:modified xsi:type="dcterms:W3CDTF">2026-08-31T10:25:00Z</dcterms:modified>
  <cp:category/>
</cp:coreProperties>
</file>