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1B7F2" w14:textId="1FB7FD1B" w:rsidR="00DD3AC2" w:rsidRPr="00DD3AC2" w:rsidRDefault="00DD3AC2">
      <w:pPr>
        <w:rPr>
          <w:rFonts w:eastAsia="微軟正黑體"/>
          <w:b/>
          <w:sz w:val="28"/>
        </w:rPr>
      </w:pPr>
      <w:r>
        <w:rPr>
          <w:rFonts w:eastAsia="微軟正黑體"/>
          <w:b/>
          <w:sz w:val="28"/>
        </w:rPr>
        <w:t>Class: 102</w:t>
      </w:r>
    </w:p>
    <w:p w14:paraId="40C2FA4D" w14:textId="517E0A03" w:rsidR="00896AFB" w:rsidRDefault="00DD3AC2">
      <w:r>
        <w:rPr>
          <w:rFonts w:eastAsia="微軟正黑體"/>
        </w:rPr>
        <w:t>School Year 115, 1st semester</w:t>
      </w:r>
      <w:r>
        <w:rPr>
          <w:rFonts w:ascii="新細明體" w:eastAsia="新細明體" w:hAnsi="新細明體" w:hint="eastAsia"/>
          <w:lang w:eastAsia="zh-TW"/>
        </w:rPr>
        <w:t xml:space="preserve"> </w:t>
      </w:r>
      <w:r w:rsidR="00D12EF8">
        <w:rPr>
          <w:rFonts w:eastAsia="微軟正黑體"/>
          <w:b/>
          <w:color w:val="FF0000"/>
        </w:rPr>
        <w:t>"Everybody Up Starter"</w:t>
      </w:r>
      <w:r w:rsidR="00D12EF8">
        <w:rPr>
          <w:rFonts w:eastAsia="微軟正黑體"/>
        </w:rPr>
        <w:t xml:space="preserve"> Homework for </w:t>
      </w:r>
      <w:r w:rsidR="00D12EF8">
        <w:rPr>
          <w:rFonts w:eastAsia="微軟正黑體"/>
          <w:color w:val="FF0000"/>
          <w:sz w:val="32"/>
        </w:rPr>
        <w:t xml:space="preserve">Week </w:t>
      </w:r>
      <w:r w:rsidR="00E5622E">
        <w:rPr>
          <w:rFonts w:eastAsia="微軟正黑體"/>
          <w:color w:val="FF0000"/>
          <w:sz w:val="32"/>
        </w:rPr>
        <w:t>2</w:t>
      </w:r>
      <w:r w:rsidR="00D12EF8">
        <w:rPr>
          <w:rFonts w:eastAsia="微軟正黑體"/>
          <w:color w:val="FF0000"/>
          <w:sz w:val="32"/>
        </w:rPr>
        <w:t xml:space="preserve"> (</w:t>
      </w:r>
      <w:r w:rsidR="00E5622E">
        <w:rPr>
          <w:rFonts w:eastAsia="微軟正黑體"/>
          <w:color w:val="FF0000"/>
          <w:sz w:val="32"/>
        </w:rPr>
        <w:t>9</w:t>
      </w:r>
      <w:r w:rsidR="00D12EF8">
        <w:rPr>
          <w:rFonts w:eastAsia="微軟正黑體"/>
          <w:color w:val="FF0000"/>
          <w:sz w:val="32"/>
        </w:rPr>
        <w:t>/</w:t>
      </w:r>
      <w:r w:rsidR="00E5622E">
        <w:rPr>
          <w:rFonts w:eastAsia="微軟正黑體"/>
          <w:color w:val="FF0000"/>
          <w:sz w:val="32"/>
        </w:rPr>
        <w:t>7</w:t>
      </w:r>
      <w:r w:rsidR="00D12EF8">
        <w:rPr>
          <w:rFonts w:eastAsia="微軟正黑體"/>
          <w:color w:val="FF0000"/>
          <w:sz w:val="32"/>
        </w:rPr>
        <w:t>-9/</w:t>
      </w:r>
      <w:r w:rsidR="00E5622E">
        <w:rPr>
          <w:rFonts w:eastAsia="微軟正黑體"/>
          <w:color w:val="FF0000"/>
          <w:sz w:val="32"/>
        </w:rPr>
        <w:t>11</w:t>
      </w:r>
      <w:r w:rsidR="00D12EF8">
        <w:rPr>
          <w:rFonts w:eastAsia="微軟正黑體"/>
          <w:color w:val="FF0000"/>
          <w:sz w:val="32"/>
        </w:rPr>
        <w:t>)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2268"/>
        <w:gridCol w:w="3685"/>
      </w:tblGrid>
      <w:tr w:rsidR="00DD3AC2" w14:paraId="76C91BF4" w14:textId="77777777" w:rsidTr="00AF313E">
        <w:tc>
          <w:tcPr>
            <w:tcW w:w="1555" w:type="dxa"/>
            <w:vAlign w:val="center"/>
          </w:tcPr>
          <w:p w14:paraId="4BDB1898" w14:textId="7F10FD7E" w:rsidR="00DD3AC2" w:rsidRPr="00880510" w:rsidRDefault="00DD3AC2">
            <w:pPr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  <w:r w:rsidRPr="00880510">
              <w:rPr>
                <w:rFonts w:ascii="微軟正黑體" w:eastAsia="微軟正黑體" w:hAnsi="微軟正黑體" w:hint="eastAsia"/>
                <w:b/>
                <w:lang w:eastAsia="zh-TW"/>
              </w:rPr>
              <w:t>英讀</w:t>
            </w:r>
            <w:r w:rsidR="00880510" w:rsidRPr="00880510">
              <w:rPr>
                <w:rFonts w:ascii="微軟正黑體" w:eastAsia="微軟正黑體" w:hAnsi="微軟正黑體" w:hint="eastAsia"/>
                <w:b/>
                <w:lang w:eastAsia="zh-TW"/>
              </w:rPr>
              <w:t>讀本</w:t>
            </w:r>
          </w:p>
        </w:tc>
        <w:tc>
          <w:tcPr>
            <w:tcW w:w="8788" w:type="dxa"/>
            <w:gridSpan w:val="3"/>
            <w:vAlign w:val="center"/>
          </w:tcPr>
          <w:p w14:paraId="283E3D79" w14:textId="00BB03B6" w:rsidR="00DD3AC2" w:rsidRPr="00DD3AC2" w:rsidRDefault="00DD3AC2">
            <w:pPr>
              <w:jc w:val="center"/>
              <w:rPr>
                <w:rFonts w:ascii="Comic Sans MS" w:eastAsia="微軟正黑體" w:hAnsi="Comic Sans MS"/>
                <w:b/>
              </w:rPr>
            </w:pPr>
            <w:r w:rsidRPr="00880510">
              <w:rPr>
                <w:rFonts w:ascii="Comic Sans MS" w:eastAsia="微軟正黑體" w:hAnsi="Comic Sans MS"/>
              </w:rPr>
              <w:t>Zac the Rat</w:t>
            </w:r>
            <w:r w:rsidRPr="00DD3AC2">
              <w:rPr>
                <w:rFonts w:ascii="Comic Sans MS" w:eastAsia="微軟正黑體" w:hAnsi="Comic Sans MS"/>
              </w:rPr>
              <w:t xml:space="preserve"> ( Day 2/3 )</w:t>
            </w:r>
          </w:p>
        </w:tc>
      </w:tr>
      <w:tr w:rsidR="00896AFB" w14:paraId="46253192" w14:textId="77777777" w:rsidTr="00AF313E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3092255" w14:textId="775ED72F" w:rsidR="00896AFB" w:rsidRPr="00880510" w:rsidRDefault="00880510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80510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項目/進度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076DFDB" w14:textId="7F7A0E09" w:rsidR="00896AFB" w:rsidRDefault="00D12EF8">
            <w:pPr>
              <w:jc w:val="center"/>
            </w:pPr>
            <w:r>
              <w:rPr>
                <w:rFonts w:eastAsia="微軟正黑體"/>
                <w:b/>
              </w:rPr>
              <w:t>Listen, Speak &amp; Read</w:t>
            </w:r>
            <w:r>
              <w:rPr>
                <w:rFonts w:eastAsia="微軟正黑體"/>
                <w:b/>
              </w:rPr>
              <w:br/>
              <w:t xml:space="preserve">📖 </w:t>
            </w:r>
            <w:r>
              <w:rPr>
                <w:rFonts w:eastAsia="微軟正黑體"/>
                <w:b/>
              </w:rPr>
              <w:t>聽說讀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【</w:t>
            </w:r>
            <w:r w:rsidR="00A96931">
              <w:rPr>
                <w:rFonts w:eastAsia="微軟正黑體" w:hint="eastAsia"/>
                <w:b/>
                <w:lang w:eastAsia="zh-TW"/>
              </w:rPr>
              <w:t>課堂</w:t>
            </w:r>
            <w:r w:rsidR="00A96931">
              <w:rPr>
                <w:rFonts w:eastAsia="微軟正黑體" w:hint="eastAsia"/>
                <w:b/>
                <w:lang w:eastAsia="zh-TW"/>
              </w:rPr>
              <w:t>&amp;</w:t>
            </w:r>
            <w:r>
              <w:rPr>
                <w:rFonts w:eastAsia="微軟正黑體"/>
                <w:b/>
              </w:rPr>
              <w:t>回家作業】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B76D19D" w14:textId="7DA9D78E" w:rsidR="00896AFB" w:rsidRDefault="00D12EF8">
            <w:pPr>
              <w:jc w:val="center"/>
            </w:pPr>
            <w:r>
              <w:rPr>
                <w:rFonts w:eastAsia="微軟正黑體"/>
                <w:b/>
              </w:rPr>
              <w:t>Write</w:t>
            </w:r>
            <w:r>
              <w:rPr>
                <w:rFonts w:eastAsia="微軟正黑體"/>
                <w:b/>
              </w:rPr>
              <w:br/>
              <w:t xml:space="preserve">✍️ </w:t>
            </w:r>
            <w:r>
              <w:rPr>
                <w:rFonts w:eastAsia="微軟正黑體"/>
                <w:b/>
              </w:rPr>
              <w:t>寫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【課堂完成】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85453F2" w14:textId="77777777" w:rsidR="00896AFB" w:rsidRDefault="00D12EF8">
            <w:pPr>
              <w:jc w:val="center"/>
            </w:pPr>
            <w:r>
              <w:rPr>
                <w:rFonts w:eastAsia="微軟正黑體"/>
                <w:b/>
              </w:rPr>
              <w:t>Review</w:t>
            </w:r>
            <w:r>
              <w:rPr>
                <w:rFonts w:eastAsia="微軟正黑體"/>
                <w:b/>
              </w:rPr>
              <w:br/>
              <w:t xml:space="preserve">🔄 </w:t>
            </w:r>
            <w:r>
              <w:rPr>
                <w:rFonts w:eastAsia="微軟正黑體"/>
                <w:b/>
              </w:rPr>
              <w:t>複習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【回家作業】</w:t>
            </w:r>
          </w:p>
        </w:tc>
      </w:tr>
      <w:tr w:rsidR="00896AFB" w14:paraId="02456FA3" w14:textId="77777777" w:rsidTr="00AF313E">
        <w:tc>
          <w:tcPr>
            <w:tcW w:w="1555" w:type="dxa"/>
            <w:vAlign w:val="center"/>
          </w:tcPr>
          <w:p w14:paraId="1BEB92E5" w14:textId="6612843D" w:rsidR="00896AFB" w:rsidRPr="00880510" w:rsidRDefault="00DD3AC2">
            <w:pPr>
              <w:jc w:val="center"/>
              <w:rPr>
                <w:rFonts w:ascii="微軟正黑體" w:eastAsia="微軟正黑體" w:hAnsi="微軟正黑體"/>
              </w:rPr>
            </w:pPr>
            <w:r w:rsidRPr="00880510">
              <w:rPr>
                <w:rFonts w:ascii="微軟正黑體" w:eastAsia="微軟正黑體" w:hAnsi="微軟正黑體" w:hint="eastAsia"/>
                <w:b/>
                <w:lang w:eastAsia="zh-TW"/>
              </w:rPr>
              <w:t>英語</w:t>
            </w:r>
            <w:r w:rsidR="00D12EF8" w:rsidRPr="00880510">
              <w:rPr>
                <w:rFonts w:ascii="微軟正黑體" w:eastAsia="微軟正黑體" w:hAnsi="微軟正黑體"/>
              </w:rPr>
              <w:t>Day 1</w:t>
            </w:r>
          </w:p>
        </w:tc>
        <w:tc>
          <w:tcPr>
            <w:tcW w:w="2835" w:type="dxa"/>
            <w:vMerge w:val="restart"/>
            <w:vAlign w:val="center"/>
          </w:tcPr>
          <w:p w14:paraId="462F6CA3" w14:textId="1877E235" w:rsidR="00B12971" w:rsidRDefault="00B12971" w:rsidP="00A62AFD">
            <w:pPr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課本</w:t>
            </w:r>
          </w:p>
          <w:p w14:paraId="7707A90D" w14:textId="77777777" w:rsidR="00896AFB" w:rsidRDefault="00D12EF8" w:rsidP="00A62AFD">
            <w:pPr>
              <w:rPr>
                <w:rFonts w:eastAsia="微軟正黑體"/>
              </w:rPr>
            </w:pPr>
            <w:r>
              <w:rPr>
                <w:rFonts w:eastAsia="微軟正黑體"/>
              </w:rPr>
              <w:t>U1 L</w:t>
            </w:r>
            <w:r w:rsidR="00A62AFD">
              <w:rPr>
                <w:rFonts w:eastAsia="微軟正黑體"/>
              </w:rPr>
              <w:t>2</w:t>
            </w:r>
            <w:r>
              <w:rPr>
                <w:rFonts w:eastAsia="微軟正黑體"/>
              </w:rPr>
              <w:t xml:space="preserve"> p.</w:t>
            </w:r>
            <w:r w:rsidR="00A62AFD">
              <w:rPr>
                <w:rFonts w:eastAsia="微軟正黑體"/>
              </w:rPr>
              <w:t>8-9 &amp;</w:t>
            </w:r>
            <w:r>
              <w:rPr>
                <w:rFonts w:eastAsia="微軟正黑體"/>
              </w:rPr>
              <w:br/>
            </w:r>
            <w:r w:rsidR="00A62AFD">
              <w:rPr>
                <w:rFonts w:eastAsia="微軟正黑體"/>
              </w:rPr>
              <w:t>U2 L</w:t>
            </w:r>
            <w:r>
              <w:rPr>
                <w:rFonts w:eastAsia="微軟正黑體"/>
              </w:rPr>
              <w:t>4 p.</w:t>
            </w:r>
            <w:r w:rsidR="00A62AFD">
              <w:rPr>
                <w:rFonts w:eastAsia="微軟正黑體"/>
              </w:rPr>
              <w:t>20-21</w:t>
            </w:r>
          </w:p>
          <w:p w14:paraId="376F2166" w14:textId="78404DE6" w:rsidR="00880510" w:rsidRPr="00880510" w:rsidRDefault="00880510" w:rsidP="00A62AFD">
            <w:pPr>
              <w:rPr>
                <w:rFonts w:ascii="微軟正黑體" w:eastAsia="微軟正黑體" w:hAnsi="微軟正黑體" w:cs="Arial"/>
                <w:lang w:eastAsia="zh-TW"/>
              </w:rPr>
            </w:pPr>
            <w:r w:rsidRPr="00880510">
              <w:rPr>
                <w:rFonts w:ascii="微軟正黑體" w:eastAsia="微軟正黑體" w:hAnsi="微軟正黑體" w:cs="Arial"/>
                <w:lang w:eastAsia="zh-TW"/>
              </w:rPr>
              <w:t>(</w:t>
            </w:r>
            <w:r w:rsidRPr="00880510">
              <w:rPr>
                <w:rFonts w:ascii="微軟正黑體" w:eastAsia="微軟正黑體" w:hAnsi="微軟正黑體" w:cs="Arial"/>
              </w:rPr>
              <w:t>Day 1~3</w:t>
            </w:r>
            <w:r w:rsidRPr="00880510">
              <w:rPr>
                <w:rFonts w:ascii="微軟正黑體" w:eastAsia="微軟正黑體" w:hAnsi="微軟正黑體" w:cs="Arial" w:hint="eastAsia"/>
                <w:lang w:eastAsia="zh-TW"/>
              </w:rPr>
              <w:t>共同進度)</w:t>
            </w:r>
          </w:p>
        </w:tc>
        <w:tc>
          <w:tcPr>
            <w:tcW w:w="2268" w:type="dxa"/>
            <w:vAlign w:val="center"/>
          </w:tcPr>
          <w:p w14:paraId="3D612776" w14:textId="3203AD00" w:rsidR="00896AFB" w:rsidRPr="00880510" w:rsidRDefault="00A62AFD" w:rsidP="00A62AFD">
            <w:pPr>
              <w:rPr>
                <w:rFonts w:ascii="微軟正黑體" w:eastAsia="微軟正黑體" w:hAnsi="微軟正黑體"/>
                <w:lang w:eastAsia="zh-TW"/>
              </w:rPr>
            </w:pPr>
            <w:r w:rsidRPr="00880510">
              <w:rPr>
                <w:rFonts w:ascii="微軟正黑體" w:eastAsia="微軟正黑體" w:hAnsi="微軟正黑體" w:hint="eastAsia"/>
                <w:lang w:eastAsia="zh-TW"/>
              </w:rPr>
              <w:t>A</w:t>
            </w:r>
            <w:r w:rsidRPr="00880510">
              <w:rPr>
                <w:rFonts w:ascii="微軟正黑體" w:eastAsia="微軟正黑體" w:hAnsi="微軟正黑體"/>
                <w:lang w:eastAsia="zh-TW"/>
              </w:rPr>
              <w:t>BC</w:t>
            </w:r>
            <w:r w:rsidRPr="00880510">
              <w:rPr>
                <w:rFonts w:ascii="微軟正黑體" w:eastAsia="微軟正黑體" w:hAnsi="微軟正黑體" w:hint="eastAsia"/>
                <w:lang w:eastAsia="zh-TW"/>
              </w:rPr>
              <w:t>練習簿</w:t>
            </w:r>
          </w:p>
        </w:tc>
        <w:tc>
          <w:tcPr>
            <w:tcW w:w="3685" w:type="dxa"/>
            <w:vAlign w:val="center"/>
          </w:tcPr>
          <w:p w14:paraId="5333B8CD" w14:textId="4A3F5129" w:rsidR="00896AFB" w:rsidRDefault="00D12EF8" w:rsidP="00A62AFD">
            <w:pPr>
              <w:rPr>
                <w:lang w:eastAsia="zh-TW"/>
              </w:rPr>
            </w:pPr>
            <w:r>
              <w:rPr>
                <w:rFonts w:eastAsia="微軟正黑體"/>
                <w:lang w:eastAsia="zh-TW"/>
              </w:rPr>
              <w:t>熟練發音</w:t>
            </w:r>
            <w:r>
              <w:rPr>
                <w:rFonts w:eastAsia="微軟正黑體"/>
                <w:lang w:eastAsia="zh-TW"/>
              </w:rPr>
              <w:t xml:space="preserve">: </w:t>
            </w:r>
            <w:r w:rsidR="00A62AFD">
              <w:rPr>
                <w:rFonts w:eastAsia="微軟正黑體" w:hint="eastAsia"/>
                <w:lang w:eastAsia="zh-TW"/>
              </w:rPr>
              <w:t>課本</w:t>
            </w:r>
            <w:r>
              <w:rPr>
                <w:rFonts w:eastAsia="微軟正黑體"/>
                <w:lang w:eastAsia="zh-TW"/>
              </w:rPr>
              <w:t>p.</w:t>
            </w:r>
            <w:r w:rsidR="00A62AFD">
              <w:rPr>
                <w:rFonts w:eastAsia="微軟正黑體"/>
                <w:lang w:eastAsia="zh-TW"/>
              </w:rPr>
              <w:t>20-21</w:t>
            </w:r>
            <w:r>
              <w:rPr>
                <w:rFonts w:eastAsia="微軟正黑體"/>
                <w:lang w:eastAsia="zh-TW"/>
              </w:rPr>
              <w:br/>
            </w:r>
            <w:r w:rsidR="00A62AFD">
              <w:rPr>
                <w:rFonts w:eastAsia="微軟正黑體" w:hint="eastAsia"/>
                <w:lang w:eastAsia="zh-TW"/>
              </w:rPr>
              <w:t>E</w:t>
            </w:r>
            <w:r w:rsidR="00A62AFD">
              <w:rPr>
                <w:rFonts w:eastAsia="微軟正黑體"/>
                <w:lang w:eastAsia="zh-TW"/>
              </w:rPr>
              <w:t>e, Ff, Gg</w:t>
            </w:r>
          </w:p>
        </w:tc>
      </w:tr>
      <w:tr w:rsidR="00896AFB" w14:paraId="56DFABDB" w14:textId="77777777" w:rsidTr="00AF313E">
        <w:tc>
          <w:tcPr>
            <w:tcW w:w="1555" w:type="dxa"/>
            <w:vAlign w:val="center"/>
          </w:tcPr>
          <w:p w14:paraId="3CD8678D" w14:textId="6F67F332" w:rsidR="00896AFB" w:rsidRPr="00880510" w:rsidRDefault="00DD3AC2">
            <w:pPr>
              <w:jc w:val="center"/>
              <w:rPr>
                <w:rFonts w:ascii="微軟正黑體" w:eastAsia="微軟正黑體" w:hAnsi="微軟正黑體"/>
              </w:rPr>
            </w:pPr>
            <w:r w:rsidRPr="00880510">
              <w:rPr>
                <w:rFonts w:ascii="微軟正黑體" w:eastAsia="微軟正黑體" w:hAnsi="微軟正黑體" w:hint="eastAsia"/>
                <w:b/>
                <w:lang w:eastAsia="zh-TW"/>
              </w:rPr>
              <w:t>英語</w:t>
            </w:r>
            <w:r w:rsidR="00D12EF8" w:rsidRPr="00880510">
              <w:rPr>
                <w:rFonts w:ascii="微軟正黑體" w:eastAsia="微軟正黑體" w:hAnsi="微軟正黑體"/>
              </w:rPr>
              <w:t>Day 2</w:t>
            </w:r>
          </w:p>
        </w:tc>
        <w:tc>
          <w:tcPr>
            <w:tcW w:w="2835" w:type="dxa"/>
            <w:vMerge/>
          </w:tcPr>
          <w:p w14:paraId="550973ED" w14:textId="77777777" w:rsidR="00896AFB" w:rsidRDefault="00896AFB" w:rsidP="00A62AFD"/>
        </w:tc>
        <w:tc>
          <w:tcPr>
            <w:tcW w:w="2268" w:type="dxa"/>
            <w:vAlign w:val="center"/>
          </w:tcPr>
          <w:p w14:paraId="66B1248F" w14:textId="5B79CD3C" w:rsidR="00896AFB" w:rsidRDefault="00D12EF8" w:rsidP="00A62AFD">
            <w:r>
              <w:rPr>
                <w:rFonts w:eastAsia="微軟正黑體"/>
              </w:rPr>
              <w:t xml:space="preserve">WB </w:t>
            </w:r>
            <w:r>
              <w:rPr>
                <w:rFonts w:eastAsia="微軟正黑體"/>
              </w:rPr>
              <w:t>習作</w:t>
            </w:r>
            <w:r>
              <w:rPr>
                <w:rFonts w:eastAsia="微軟正黑體"/>
              </w:rPr>
              <w:br/>
            </w:r>
            <w:r w:rsidR="00A62AFD">
              <w:rPr>
                <w:rFonts w:eastAsia="微軟正黑體"/>
              </w:rPr>
              <w:t xml:space="preserve">U1 L2 </w:t>
            </w:r>
            <w:r>
              <w:rPr>
                <w:rFonts w:eastAsia="微軟正黑體"/>
              </w:rPr>
              <w:t>p.</w:t>
            </w:r>
            <w:r w:rsidR="00A62AFD">
              <w:rPr>
                <w:rFonts w:eastAsia="微軟正黑體"/>
              </w:rPr>
              <w:t>6-7</w:t>
            </w:r>
          </w:p>
        </w:tc>
        <w:tc>
          <w:tcPr>
            <w:tcW w:w="3685" w:type="dxa"/>
            <w:vAlign w:val="center"/>
          </w:tcPr>
          <w:p w14:paraId="34D47D82" w14:textId="4463B2C4" w:rsidR="00896AFB" w:rsidRPr="004E0766" w:rsidRDefault="00D12EF8" w:rsidP="00A62AFD">
            <w:pPr>
              <w:rPr>
                <w:rFonts w:eastAsia="微軟正黑體"/>
              </w:rPr>
            </w:pPr>
            <w:r>
              <w:rPr>
                <w:rFonts w:eastAsia="微軟正黑體"/>
              </w:rPr>
              <w:t>熟背單字</w:t>
            </w:r>
            <w:r>
              <w:rPr>
                <w:rFonts w:eastAsia="微軟正黑體"/>
              </w:rPr>
              <w:t>:</w:t>
            </w:r>
            <w:r>
              <w:rPr>
                <w:rFonts w:eastAsia="微軟正黑體"/>
              </w:rPr>
              <w:br/>
            </w:r>
            <w:r w:rsidR="004E0766">
              <w:rPr>
                <w:rFonts w:eastAsia="微軟正黑體" w:hint="eastAsia"/>
                <w:lang w:eastAsia="zh-TW"/>
              </w:rPr>
              <w:t>課本</w:t>
            </w:r>
            <w:r>
              <w:rPr>
                <w:rFonts w:eastAsia="微軟正黑體"/>
              </w:rPr>
              <w:t>U</w:t>
            </w:r>
            <w:r w:rsidR="00A62AFD">
              <w:rPr>
                <w:rFonts w:eastAsia="微軟正黑體"/>
              </w:rPr>
              <w:t>1</w:t>
            </w:r>
            <w:r>
              <w:rPr>
                <w:rFonts w:eastAsia="微軟正黑體"/>
              </w:rPr>
              <w:t xml:space="preserve"> L</w:t>
            </w:r>
            <w:r w:rsidR="00A62AFD">
              <w:rPr>
                <w:rFonts w:eastAsia="微軟正黑體"/>
              </w:rPr>
              <w:t>2</w:t>
            </w:r>
            <w:r>
              <w:rPr>
                <w:rFonts w:eastAsia="微軟正黑體"/>
              </w:rPr>
              <w:t xml:space="preserve"> p.</w:t>
            </w:r>
            <w:r w:rsidR="00A62AFD">
              <w:rPr>
                <w:rFonts w:eastAsia="微軟正黑體"/>
              </w:rPr>
              <w:t>8</w:t>
            </w:r>
          </w:p>
        </w:tc>
      </w:tr>
      <w:tr w:rsidR="00896AFB" w14:paraId="618FE47A" w14:textId="77777777" w:rsidTr="00AF313E">
        <w:tc>
          <w:tcPr>
            <w:tcW w:w="1555" w:type="dxa"/>
            <w:vAlign w:val="center"/>
          </w:tcPr>
          <w:p w14:paraId="5DD0E346" w14:textId="01E9B99B" w:rsidR="00896AFB" w:rsidRPr="00880510" w:rsidRDefault="00DD3AC2">
            <w:pPr>
              <w:jc w:val="center"/>
              <w:rPr>
                <w:rFonts w:ascii="微軟正黑體" w:eastAsia="微軟正黑體" w:hAnsi="微軟正黑體"/>
              </w:rPr>
            </w:pPr>
            <w:r w:rsidRPr="00880510">
              <w:rPr>
                <w:rFonts w:ascii="微軟正黑體" w:eastAsia="微軟正黑體" w:hAnsi="微軟正黑體" w:hint="eastAsia"/>
                <w:b/>
                <w:lang w:eastAsia="zh-TW"/>
              </w:rPr>
              <w:t>英語</w:t>
            </w:r>
            <w:r w:rsidR="00D12EF8" w:rsidRPr="00880510">
              <w:rPr>
                <w:rFonts w:ascii="微軟正黑體" w:eastAsia="微軟正黑體" w:hAnsi="微軟正黑體"/>
              </w:rPr>
              <w:t>Day 3</w:t>
            </w:r>
          </w:p>
        </w:tc>
        <w:tc>
          <w:tcPr>
            <w:tcW w:w="2835" w:type="dxa"/>
            <w:vMerge/>
          </w:tcPr>
          <w:p w14:paraId="31ABD1CB" w14:textId="77777777" w:rsidR="00896AFB" w:rsidRDefault="00896AFB" w:rsidP="00A62AFD"/>
        </w:tc>
        <w:tc>
          <w:tcPr>
            <w:tcW w:w="2268" w:type="dxa"/>
            <w:vAlign w:val="center"/>
          </w:tcPr>
          <w:p w14:paraId="279C18A9" w14:textId="278ADB31" w:rsidR="00896AFB" w:rsidRPr="00880510" w:rsidRDefault="00BB6B43" w:rsidP="00A62AFD">
            <w:pPr>
              <w:rPr>
                <w:rFonts w:ascii="微軟正黑體" w:eastAsia="微軟正黑體" w:hAnsi="微軟正黑體"/>
              </w:rPr>
            </w:pPr>
            <w:r w:rsidRPr="00880510">
              <w:rPr>
                <w:rFonts w:ascii="微軟正黑體" w:eastAsia="微軟正黑體" w:hAnsi="微軟正黑體" w:hint="eastAsia"/>
                <w:lang w:eastAsia="zh-TW"/>
              </w:rPr>
              <w:t>A</w:t>
            </w:r>
            <w:r w:rsidRPr="00880510">
              <w:rPr>
                <w:rFonts w:ascii="微軟正黑體" w:eastAsia="微軟正黑體" w:hAnsi="微軟正黑體"/>
                <w:lang w:eastAsia="zh-TW"/>
              </w:rPr>
              <w:t>BC</w:t>
            </w:r>
            <w:r w:rsidRPr="00880510">
              <w:rPr>
                <w:rFonts w:ascii="微軟正黑體" w:eastAsia="微軟正黑體" w:hAnsi="微軟正黑體" w:hint="eastAsia"/>
                <w:lang w:eastAsia="zh-TW"/>
              </w:rPr>
              <w:t>練習簿</w:t>
            </w:r>
          </w:p>
        </w:tc>
        <w:tc>
          <w:tcPr>
            <w:tcW w:w="3685" w:type="dxa"/>
            <w:vAlign w:val="center"/>
          </w:tcPr>
          <w:p w14:paraId="2A6AE2EA" w14:textId="41BB6E80" w:rsidR="00896AFB" w:rsidRDefault="00D12EF8" w:rsidP="00A62AFD">
            <w:r>
              <w:rPr>
                <w:rFonts w:eastAsia="微軟正黑體"/>
              </w:rPr>
              <w:t>熟背句子</w:t>
            </w:r>
            <w:r>
              <w:rPr>
                <w:rFonts w:eastAsia="微軟正黑體"/>
              </w:rPr>
              <w:t>:</w:t>
            </w:r>
            <w:r>
              <w:rPr>
                <w:rFonts w:eastAsia="微軟正黑體"/>
              </w:rPr>
              <w:br/>
            </w:r>
            <w:r w:rsidR="004E0766">
              <w:rPr>
                <w:rFonts w:eastAsia="微軟正黑體" w:hint="eastAsia"/>
                <w:lang w:eastAsia="zh-TW"/>
              </w:rPr>
              <w:t>課本</w:t>
            </w:r>
            <w:r w:rsidR="00A62AFD">
              <w:rPr>
                <w:rFonts w:eastAsia="微軟正黑體"/>
              </w:rPr>
              <w:t>U1 L2 p.8</w:t>
            </w:r>
          </w:p>
        </w:tc>
      </w:tr>
    </w:tbl>
    <w:p w14:paraId="683D025F" w14:textId="118A391B" w:rsidR="00D12EF8" w:rsidRDefault="00D12EF8"/>
    <w:p w14:paraId="7EBD6D16" w14:textId="440EF29B" w:rsidR="008E08F7" w:rsidRDefault="008E08F7"/>
    <w:p w14:paraId="0C7E09D7" w14:textId="5A4C354D" w:rsidR="008E08F7" w:rsidRDefault="008E08F7"/>
    <w:p w14:paraId="38A5ADA7" w14:textId="4703C1F9" w:rsidR="008E08F7" w:rsidRDefault="008E08F7"/>
    <w:p w14:paraId="76355348" w14:textId="76C8EB96" w:rsidR="008E08F7" w:rsidRDefault="008E08F7"/>
    <w:p w14:paraId="1502D234" w14:textId="2846E058" w:rsidR="008E08F7" w:rsidRDefault="008E08F7"/>
    <w:p w14:paraId="42196670" w14:textId="637BA1B0" w:rsidR="008E08F7" w:rsidRDefault="008E08F7"/>
    <w:p w14:paraId="18F6D653" w14:textId="5088EB85" w:rsidR="008E08F7" w:rsidRDefault="008E08F7"/>
    <w:p w14:paraId="2FC01E17" w14:textId="784F2AD9" w:rsidR="008E08F7" w:rsidRDefault="008E08F7"/>
    <w:p w14:paraId="102BC683" w14:textId="7A6B56D8" w:rsidR="008E08F7" w:rsidRDefault="008E08F7"/>
    <w:p w14:paraId="02EF92B6" w14:textId="3BDBF582" w:rsidR="008E08F7" w:rsidRDefault="008E08F7"/>
    <w:p w14:paraId="00664836" w14:textId="6EECEAC6" w:rsidR="008E08F7" w:rsidRDefault="008E08F7"/>
    <w:p w14:paraId="11F79FC0" w14:textId="63B84750" w:rsidR="008E08F7" w:rsidRDefault="008E08F7"/>
    <w:p w14:paraId="2F94BB9A" w14:textId="77EDE03A" w:rsidR="008E08F7" w:rsidRDefault="008E08F7"/>
    <w:p w14:paraId="7BC016BD" w14:textId="133552AA" w:rsidR="008E08F7" w:rsidRDefault="008E08F7"/>
    <w:p w14:paraId="7FB0FCED" w14:textId="43E400A4" w:rsidR="008E08F7" w:rsidRDefault="008E08F7"/>
    <w:p w14:paraId="1CF966D3" w14:textId="26EA7EED" w:rsidR="008E08F7" w:rsidRDefault="008E08F7"/>
    <w:p w14:paraId="0D140E83" w14:textId="27C3C0EA" w:rsidR="008E08F7" w:rsidRDefault="008E08F7"/>
    <w:p w14:paraId="1BCC8FBA" w14:textId="42F9BC12" w:rsidR="008E08F7" w:rsidRDefault="008E08F7">
      <w:pPr>
        <w:rPr>
          <w:rFonts w:ascii="新細明體" w:eastAsia="新細明體" w:hAnsi="新細明體"/>
          <w:lang w:eastAsia="zh-TW"/>
        </w:rPr>
      </w:pPr>
      <w:r>
        <w:rPr>
          <w:noProof/>
        </w:rPr>
        <w:lastRenderedPageBreak/>
        <w:drawing>
          <wp:inline distT="0" distB="0" distL="0" distR="0" wp14:anchorId="1997B071" wp14:editId="3F30DFC5">
            <wp:extent cx="3016405" cy="381654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381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hint="eastAsia"/>
          <w:lang w:eastAsia="zh-TW"/>
        </w:rPr>
        <w:t xml:space="preserve">  </w:t>
      </w:r>
      <w:r>
        <w:rPr>
          <w:rFonts w:ascii="新細明體" w:eastAsia="新細明體" w:hAnsi="新細明體"/>
          <w:lang w:eastAsia="zh-TW"/>
        </w:rPr>
        <w:t xml:space="preserve"> </w:t>
      </w:r>
      <w:r>
        <w:rPr>
          <w:rFonts w:ascii="新細明體" w:eastAsia="新細明體" w:hAnsi="新細明體" w:hint="eastAsia"/>
          <w:lang w:eastAsia="zh-TW"/>
        </w:rPr>
        <w:t xml:space="preserve">  </w:t>
      </w:r>
      <w:r>
        <w:rPr>
          <w:noProof/>
        </w:rPr>
        <w:drawing>
          <wp:inline distT="0" distB="0" distL="0" distR="0" wp14:anchorId="39C9FB95" wp14:editId="70A69D9E">
            <wp:extent cx="3035456" cy="377844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35456" cy="377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DA2E" w14:textId="025DEB99" w:rsidR="008E08F7" w:rsidRDefault="008E08F7">
      <w:r>
        <w:rPr>
          <w:noProof/>
        </w:rPr>
        <w:drawing>
          <wp:inline distT="0" distB="0" distL="0" distR="0" wp14:anchorId="3AC22BAD" wp14:editId="48E578DA">
            <wp:extent cx="2952902" cy="3733992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2902" cy="373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hint="eastAsia"/>
          <w:lang w:eastAsia="zh-TW"/>
        </w:rPr>
        <w:t xml:space="preserve">   </w:t>
      </w:r>
      <w:r>
        <w:rPr>
          <w:rFonts w:ascii="新細明體" w:eastAsia="新細明體" w:hAnsi="新細明體"/>
          <w:lang w:eastAsia="zh-TW"/>
        </w:rPr>
        <w:t xml:space="preserve"> </w:t>
      </w:r>
      <w:r>
        <w:rPr>
          <w:rFonts w:ascii="新細明體" w:eastAsia="新細明體" w:hAnsi="新細明體" w:hint="eastAsia"/>
          <w:lang w:eastAsia="zh-TW"/>
        </w:rPr>
        <w:t xml:space="preserve">  </w:t>
      </w:r>
      <w:r>
        <w:rPr>
          <w:rFonts w:ascii="新細明體" w:eastAsia="新細明體" w:hAnsi="新細明體" w:hint="eastAsia"/>
          <w:noProof/>
          <w:lang w:eastAsia="zh-TW"/>
        </w:rPr>
        <w:t xml:space="preserve">   </w:t>
      </w:r>
      <w:r>
        <w:rPr>
          <w:noProof/>
        </w:rPr>
        <w:drawing>
          <wp:inline distT="0" distB="0" distL="0" distR="0" wp14:anchorId="6823F005" wp14:editId="55783E0D">
            <wp:extent cx="3054507" cy="3835597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4507" cy="383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38AC9" w14:textId="77777777" w:rsidR="008E08F7" w:rsidRDefault="008E08F7" w:rsidP="008E08F7">
      <w:pPr>
        <w:spacing w:line="460" w:lineRule="exact"/>
        <w:rPr>
          <w:rFonts w:ascii="Arial Unicode MS" w:eastAsia="Arial Unicode MS" w:hAnsi="Arial Unicode MS" w:cs="Arial Unicode MS"/>
          <w:b/>
          <w:szCs w:val="24"/>
        </w:rPr>
      </w:pPr>
    </w:p>
    <w:p w14:paraId="5A028F74" w14:textId="77777777" w:rsidR="008E08F7" w:rsidRDefault="008E08F7" w:rsidP="008E08F7">
      <w:pPr>
        <w:spacing w:line="460" w:lineRule="exact"/>
        <w:rPr>
          <w:rFonts w:ascii="Arial Unicode MS" w:eastAsia="Arial Unicode MS" w:hAnsi="Arial Unicode MS" w:cs="Arial Unicode MS"/>
          <w:b/>
          <w:szCs w:val="24"/>
        </w:rPr>
      </w:pPr>
    </w:p>
    <w:p w14:paraId="32E40097" w14:textId="77777777" w:rsidR="008E08F7" w:rsidRDefault="008E08F7" w:rsidP="008E08F7">
      <w:pPr>
        <w:spacing w:line="460" w:lineRule="exact"/>
        <w:rPr>
          <w:rFonts w:ascii="Arial Unicode MS" w:eastAsia="Arial Unicode MS" w:hAnsi="Arial Unicode MS" w:cs="Arial Unicode MS"/>
          <w:b/>
          <w:szCs w:val="24"/>
        </w:rPr>
      </w:pPr>
    </w:p>
    <w:p w14:paraId="4E8606DB" w14:textId="2F463174" w:rsidR="008E08F7" w:rsidRDefault="008E08F7" w:rsidP="008E08F7">
      <w:pPr>
        <w:spacing w:line="460" w:lineRule="exact"/>
        <w:rPr>
          <w:rFonts w:ascii="Arial Unicode MS" w:eastAsia="Arial Unicode MS" w:hAnsi="Arial Unicode MS" w:cs="Arial Unicode MS"/>
          <w:b/>
          <w:szCs w:val="24"/>
        </w:rPr>
      </w:pPr>
      <w:r>
        <w:rPr>
          <w:rFonts w:ascii="Arial Unicode MS" w:eastAsia="Arial Unicode MS" w:hAnsi="Arial Unicode MS" w:cs="Arial Unicode MS"/>
          <w:b/>
          <w:szCs w:val="24"/>
        </w:rPr>
        <w:lastRenderedPageBreak/>
        <w:t>School Year 11</w:t>
      </w:r>
      <w:r>
        <w:rPr>
          <w:rFonts w:ascii="Arial Unicode MS" w:eastAsia="Arial Unicode MS" w:hAnsi="Arial Unicode MS" w:cs="Arial Unicode MS" w:hint="eastAsia"/>
          <w:b/>
          <w:szCs w:val="24"/>
        </w:rPr>
        <w:t>5</w:t>
      </w:r>
      <w:r>
        <w:rPr>
          <w:rFonts w:ascii="Arial Unicode MS" w:eastAsia="Arial Unicode MS" w:hAnsi="Arial Unicode MS" w:cs="Arial Unicode MS"/>
          <w:b/>
          <w:szCs w:val="24"/>
        </w:rPr>
        <w:t>, 1</w:t>
      </w:r>
      <w:r>
        <w:rPr>
          <w:rFonts w:ascii="Arial Unicode MS" w:eastAsia="Arial Unicode MS" w:hAnsi="Arial Unicode MS" w:cs="Arial Unicode MS" w:hint="eastAsia"/>
          <w:b/>
          <w:szCs w:val="24"/>
        </w:rPr>
        <w:t>st</w:t>
      </w:r>
      <w:r w:rsidRPr="0007130E">
        <w:rPr>
          <w:rFonts w:ascii="Arial Unicode MS" w:eastAsia="Arial Unicode MS" w:hAnsi="Arial Unicode MS" w:cs="Arial Unicode MS"/>
          <w:b/>
          <w:szCs w:val="24"/>
        </w:rPr>
        <w:t xml:space="preserve"> semester</w:t>
      </w:r>
      <w:r>
        <w:rPr>
          <w:rFonts w:ascii="Arial Unicode MS" w:eastAsia="Arial Unicode MS" w:hAnsi="Arial Unicode MS" w:cs="Arial Unicode MS" w:hint="eastAsia"/>
          <w:b/>
          <w:szCs w:val="24"/>
        </w:rPr>
        <w:t xml:space="preserve"> </w:t>
      </w:r>
      <w:r w:rsidRPr="00767C6E">
        <w:rPr>
          <w:rFonts w:ascii="Arial Unicode MS" w:eastAsia="Arial Unicode MS" w:hAnsi="Arial Unicode MS" w:cs="Arial Unicode MS"/>
          <w:b/>
          <w:szCs w:val="24"/>
        </w:rPr>
        <w:t xml:space="preserve">Class: </w:t>
      </w:r>
      <w:r w:rsidRPr="00767C6E">
        <w:rPr>
          <w:rFonts w:ascii="Arial Unicode MS" w:eastAsia="Arial Unicode MS" w:hAnsi="Arial Unicode MS" w:cs="Arial Unicode MS" w:hint="eastAsia"/>
          <w:b/>
          <w:szCs w:val="24"/>
        </w:rPr>
        <w:t xml:space="preserve">102   </w:t>
      </w:r>
    </w:p>
    <w:p w14:paraId="06C1E9D0" w14:textId="77777777" w:rsidR="008E08F7" w:rsidRDefault="008E08F7" w:rsidP="008E08F7">
      <w:pPr>
        <w:spacing w:line="460" w:lineRule="exact"/>
        <w:rPr>
          <w:rFonts w:ascii="Arial Unicode MS" w:eastAsia="Arial Unicode MS" w:hAnsi="Arial Unicode MS" w:cs="Arial Unicode MS"/>
          <w:b/>
          <w:szCs w:val="24"/>
        </w:rPr>
      </w:pPr>
      <w:r w:rsidRPr="00767C6E">
        <w:rPr>
          <w:rFonts w:ascii="Arial Unicode MS" w:eastAsia="Arial Unicode MS" w:hAnsi="Arial Unicode MS" w:cs="Arial Unicode MS"/>
          <w:b/>
          <w:szCs w:val="24"/>
        </w:rPr>
        <w:t xml:space="preserve">English </w:t>
      </w:r>
      <w:r>
        <w:rPr>
          <w:rFonts w:ascii="Arial Unicode MS" w:eastAsia="Arial Unicode MS" w:hAnsi="Arial Unicode MS" w:cs="Arial Unicode MS"/>
          <w:b/>
          <w:szCs w:val="24"/>
        </w:rPr>
        <w:t xml:space="preserve">Conversation </w:t>
      </w:r>
      <w:r w:rsidRPr="00767C6E">
        <w:rPr>
          <w:rFonts w:ascii="Arial Unicode MS" w:eastAsia="Arial Unicode MS" w:hAnsi="Arial Unicode MS" w:cs="Arial Unicode MS"/>
          <w:b/>
          <w:szCs w:val="24"/>
        </w:rPr>
        <w:t>week</w:t>
      </w:r>
      <w:r>
        <w:rPr>
          <w:rFonts w:ascii="Arial Unicode MS" w:eastAsia="Arial Unicode MS" w:hAnsi="Arial Unicode MS" w:cs="Arial Unicode MS"/>
          <w:b/>
          <w:szCs w:val="24"/>
        </w:rPr>
        <w:t xml:space="preserve">ly Class Schedule </w:t>
      </w:r>
    </w:p>
    <w:p w14:paraId="58337367" w14:textId="77777777" w:rsidR="008E08F7" w:rsidRDefault="008E08F7" w:rsidP="008E08F7">
      <w:pPr>
        <w:spacing w:line="460" w:lineRule="exact"/>
        <w:rPr>
          <w:rFonts w:ascii="Arial Unicode MS" w:eastAsia="Arial Unicode MS" w:hAnsi="Arial Unicode MS" w:cs="Arial Unicode MS"/>
          <w:b/>
          <w:szCs w:val="24"/>
        </w:rPr>
      </w:pPr>
      <w:r>
        <w:rPr>
          <w:rFonts w:ascii="Arial Unicode MS" w:eastAsia="Arial Unicode MS" w:hAnsi="Arial Unicode MS" w:cs="Arial Unicode MS"/>
          <w:b/>
          <w:szCs w:val="24"/>
        </w:rPr>
        <w:t xml:space="preserve">English Textbook – </w:t>
      </w:r>
      <w:r>
        <w:rPr>
          <w:rFonts w:ascii="Arial Unicode MS" w:eastAsia="Arial Unicode MS" w:hAnsi="Arial Unicode MS" w:cs="Arial Unicode MS" w:hint="eastAsia"/>
          <w:b/>
          <w:szCs w:val="24"/>
        </w:rPr>
        <w:t xml:space="preserve">Inside Out-Starter </w:t>
      </w:r>
      <w:r>
        <w:rPr>
          <w:rFonts w:ascii="Arial Unicode MS" w:eastAsia="Arial Unicode MS" w:hAnsi="Arial Unicode MS" w:cs="Arial Unicode MS"/>
          <w:b/>
          <w:szCs w:val="24"/>
        </w:rPr>
        <w:t xml:space="preserve"> </w:t>
      </w:r>
    </w:p>
    <w:p w14:paraId="48DF2204" w14:textId="77777777" w:rsidR="008E08F7" w:rsidRDefault="008E08F7" w:rsidP="008E08F7">
      <w:pPr>
        <w:spacing w:line="460" w:lineRule="exact"/>
        <w:rPr>
          <w:rFonts w:ascii="Arial Unicode MS" w:eastAsia="Arial Unicode MS" w:hAnsi="Arial Unicode MS" w:cs="Arial Unicode MS"/>
          <w:b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szCs w:val="24"/>
          <w:lang w:eastAsia="zh-TW"/>
        </w:rPr>
        <w:t xml:space="preserve">Week </w:t>
      </w:r>
      <w:r>
        <w:rPr>
          <w:rFonts w:ascii="Arial Unicode MS" w:eastAsia="Arial Unicode MS" w:hAnsi="Arial Unicode MS" w:cs="Arial Unicode MS" w:hint="eastAsia"/>
          <w:b/>
          <w:szCs w:val="24"/>
          <w:lang w:eastAsia="zh-TW"/>
        </w:rPr>
        <w:t xml:space="preserve">2 </w:t>
      </w:r>
      <w:r>
        <w:rPr>
          <w:rFonts w:ascii="Arial Unicode MS" w:eastAsia="Arial Unicode MS" w:hAnsi="Arial Unicode MS" w:cs="Arial Unicode MS"/>
          <w:b/>
          <w:szCs w:val="24"/>
          <w:lang w:eastAsia="zh-TW"/>
        </w:rPr>
        <w:t>(</w:t>
      </w:r>
      <w:r>
        <w:rPr>
          <w:rFonts w:ascii="Arial Unicode MS" w:eastAsia="Arial Unicode MS" w:hAnsi="Arial Unicode MS" w:cs="Arial Unicode MS" w:hint="eastAsia"/>
          <w:b/>
          <w:szCs w:val="24"/>
          <w:lang w:eastAsia="zh-TW"/>
        </w:rPr>
        <w:t>9/6-9/12</w:t>
      </w:r>
      <w:r w:rsidRPr="00767C6E">
        <w:rPr>
          <w:rFonts w:ascii="Arial Unicode MS" w:eastAsia="Arial Unicode MS" w:hAnsi="Arial Unicode MS" w:cs="Arial Unicode MS"/>
          <w:b/>
          <w:szCs w:val="24"/>
          <w:lang w:eastAsia="zh-TW"/>
        </w:rPr>
        <w:t>)</w:t>
      </w:r>
    </w:p>
    <w:p w14:paraId="3328C700" w14:textId="77777777" w:rsidR="008E08F7" w:rsidRDefault="008E08F7" w:rsidP="008E08F7">
      <w:pPr>
        <w:spacing w:line="460" w:lineRule="exact"/>
        <w:rPr>
          <w:rFonts w:ascii="Arial Unicode MS" w:eastAsia="Arial Unicode MS" w:hAnsi="Arial Unicode MS" w:cs="Arial Unicode MS"/>
          <w:b/>
          <w:szCs w:val="24"/>
          <w:lang w:eastAsia="zh-TW"/>
        </w:rPr>
      </w:pPr>
      <w:r w:rsidRPr="00767C6E">
        <w:rPr>
          <w:rFonts w:ascii="Arial Unicode MS" w:eastAsia="Arial Unicode MS" w:hAnsi="Arial Unicode MS" w:cs="Arial Unicode MS" w:hint="eastAsia"/>
          <w:b/>
          <w:szCs w:val="24"/>
          <w:lang w:eastAsia="zh-TW"/>
        </w:rPr>
        <w:t xml:space="preserve">一年級 </w:t>
      </w:r>
      <w:r>
        <w:rPr>
          <w:rFonts w:ascii="Arial Unicode MS" w:eastAsia="Arial Unicode MS" w:hAnsi="Arial Unicode MS" w:cs="Arial Unicode MS" w:hint="eastAsia"/>
          <w:b/>
          <w:szCs w:val="24"/>
          <w:lang w:eastAsia="zh-TW"/>
        </w:rPr>
        <w:t>第2</w:t>
      </w:r>
      <w:r w:rsidRPr="00767C6E">
        <w:rPr>
          <w:rFonts w:ascii="Arial Unicode MS" w:eastAsia="Arial Unicode MS" w:hAnsi="Arial Unicode MS" w:cs="Arial Unicode MS" w:hint="eastAsia"/>
          <w:b/>
          <w:szCs w:val="24"/>
          <w:lang w:eastAsia="zh-TW"/>
        </w:rPr>
        <w:t xml:space="preserve">周 </w:t>
      </w:r>
      <w:r>
        <w:rPr>
          <w:rFonts w:ascii="Arial Unicode MS" w:eastAsia="Arial Unicode MS" w:hAnsi="Arial Unicode MS" w:cs="Arial Unicode MS" w:hint="eastAsia"/>
          <w:b/>
          <w:szCs w:val="24"/>
          <w:lang w:eastAsia="zh-TW"/>
        </w:rPr>
        <w:t>英會課聯絡單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00"/>
        <w:gridCol w:w="2436"/>
        <w:gridCol w:w="6344"/>
      </w:tblGrid>
      <w:tr w:rsidR="008E08F7" w:rsidRPr="00767C6E" w14:paraId="0351234D" w14:textId="77777777" w:rsidTr="005C750B">
        <w:trPr>
          <w:trHeight w:val="55"/>
        </w:trPr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6712C8" w14:textId="77777777" w:rsidR="008E08F7" w:rsidRPr="00767C6E" w:rsidRDefault="008E08F7" w:rsidP="005C750B">
            <w:pPr>
              <w:spacing w:line="460" w:lineRule="exac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英會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85CF3" w14:textId="77777777" w:rsidR="008E08F7" w:rsidRPr="00767C6E" w:rsidRDefault="008E08F7" w:rsidP="005C750B">
            <w:pPr>
              <w:spacing w:line="460" w:lineRule="exac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767C6E"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L</w:t>
            </w:r>
            <w:r>
              <w:rPr>
                <w:rFonts w:ascii="Arial Unicode MS" w:eastAsia="Arial Unicode MS" w:hAnsi="Arial Unicode MS" w:cs="Arial Unicode MS"/>
                <w:b/>
                <w:szCs w:val="24"/>
              </w:rPr>
              <w:t>earn</w:t>
            </w: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 xml:space="preserve"> and Read</w:t>
            </w:r>
          </w:p>
        </w:tc>
        <w:tc>
          <w:tcPr>
            <w:tcW w:w="6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A228508" w14:textId="77777777" w:rsidR="008E08F7" w:rsidRDefault="008E08F7" w:rsidP="005C750B">
            <w:pPr>
              <w:spacing w:line="460" w:lineRule="exac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Cs w:val="24"/>
              </w:rPr>
              <w:t>Classroom Learning Activities</w:t>
            </w:r>
          </w:p>
          <w:p w14:paraId="79566AEE" w14:textId="77777777" w:rsidR="008E08F7" w:rsidRPr="00D2140A" w:rsidRDefault="008E08F7" w:rsidP="005C750B">
            <w:pPr>
              <w:spacing w:line="460" w:lineRule="exac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Cs w:val="24"/>
              </w:rPr>
              <w:t>課堂英語活動</w:t>
            </w:r>
          </w:p>
        </w:tc>
      </w:tr>
      <w:tr w:rsidR="008E08F7" w:rsidRPr="00767C6E" w14:paraId="2246ACBC" w14:textId="77777777" w:rsidTr="005C750B">
        <w:trPr>
          <w:trHeight w:val="1380"/>
        </w:trPr>
        <w:tc>
          <w:tcPr>
            <w:tcW w:w="210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hideMark/>
          </w:tcPr>
          <w:p w14:paraId="5AC3F7BE" w14:textId="77777777" w:rsidR="008E08F7" w:rsidRDefault="008E08F7" w:rsidP="005C750B">
            <w:pPr>
              <w:spacing w:line="460" w:lineRule="exac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Cs w:val="24"/>
              </w:rPr>
              <w:t>Week</w:t>
            </w: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 xml:space="preserve"> 2</w:t>
            </w:r>
          </w:p>
          <w:p w14:paraId="2B042BC3" w14:textId="77777777" w:rsidR="008E08F7" w:rsidRPr="00767C6E" w:rsidRDefault="008E08F7" w:rsidP="005C750B">
            <w:pPr>
              <w:spacing w:line="460" w:lineRule="exac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Cs w:val="24"/>
              </w:rPr>
              <w:t xml:space="preserve">Date: </w:t>
            </w: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9/6-9/12/</w:t>
            </w:r>
            <w:r>
              <w:rPr>
                <w:rFonts w:ascii="Arial Unicode MS" w:eastAsia="Arial Unicode MS" w:hAnsi="Arial Unicode MS" w:cs="Arial Unicode MS"/>
                <w:b/>
                <w:szCs w:val="24"/>
              </w:rPr>
              <w:t>202</w:t>
            </w: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6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A0FAC5C" w14:textId="77777777" w:rsidR="008E08F7" w:rsidRPr="00972448" w:rsidRDefault="008E08F7" w:rsidP="005C750B">
            <w:pPr>
              <w:spacing w:line="460" w:lineRule="exact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Unit 1: New Class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26541B11" w14:textId="77777777" w:rsidR="008E08F7" w:rsidRPr="00441788" w:rsidRDefault="008E08F7" w:rsidP="005C750B">
            <w:pPr>
              <w:spacing w:line="460" w:lineRule="exact"/>
              <w:ind w:left="477" w:hangingChars="300" w:hanging="477"/>
              <w:jc w:val="both"/>
              <w:rPr>
                <w:rFonts w:ascii="Arial Unicode MS" w:eastAsia="Arial Unicode MS" w:hAnsi="Arial Unicode MS" w:cs="Arial Unicode MS"/>
                <w:b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Cs w:val="20"/>
              </w:rPr>
              <w:t xml:space="preserve">Sentences </w:t>
            </w:r>
            <w:r>
              <w:rPr>
                <w:rFonts w:ascii="Arial Unicode MS" w:eastAsia="Arial Unicode MS" w:hAnsi="Arial Unicode MS" w:cs="Arial Unicode MS"/>
                <w:b/>
                <w:szCs w:val="20"/>
              </w:rPr>
              <w:t>practice</w:t>
            </w:r>
            <w:r>
              <w:rPr>
                <w:rFonts w:ascii="Arial Unicode MS" w:eastAsia="Arial Unicode MS" w:hAnsi="Arial Unicode MS" w:cs="Arial Unicode MS" w:hint="eastAsia"/>
                <w:b/>
                <w:szCs w:val="20"/>
              </w:rPr>
              <w:t xml:space="preserve"> &amp; oral speaking</w:t>
            </w:r>
          </w:p>
          <w:p w14:paraId="039F2642" w14:textId="77777777" w:rsidR="008E08F7" w:rsidRDefault="008E08F7" w:rsidP="005C750B">
            <w:pPr>
              <w:spacing w:line="460" w:lineRule="exact"/>
              <w:ind w:left="477" w:hangingChars="300" w:hanging="477"/>
              <w:jc w:val="both"/>
              <w:rPr>
                <w:rFonts w:ascii="Arial Unicode MS" w:eastAsia="Arial Unicode MS" w:hAnsi="Arial Unicode MS" w:cs="Arial Unicode MS"/>
                <w:b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Cs w:val="20"/>
              </w:rPr>
              <w:t>*</w:t>
            </w:r>
            <w:r>
              <w:rPr>
                <w:rFonts w:ascii="Arial Unicode MS" w:eastAsia="Arial Unicode MS" w:hAnsi="Arial Unicode MS" w:cs="Arial Unicode MS" w:hint="eastAsia"/>
                <w:b/>
                <w:szCs w:val="20"/>
              </w:rPr>
              <w:t>Hello. I</w:t>
            </w:r>
            <w:r>
              <w:rPr>
                <w:rFonts w:ascii="Arial Unicode MS" w:eastAsia="Arial Unicode MS" w:hAnsi="Arial Unicode MS" w:cs="Arial Unicode MS"/>
                <w:b/>
                <w:szCs w:val="20"/>
              </w:rPr>
              <w:t>’</w:t>
            </w:r>
            <w:r>
              <w:rPr>
                <w:rFonts w:ascii="Arial Unicode MS" w:eastAsia="Arial Unicode MS" w:hAnsi="Arial Unicode MS" w:cs="Arial Unicode MS" w:hint="eastAsia"/>
                <w:b/>
                <w:szCs w:val="20"/>
              </w:rPr>
              <w:t>m _____________. Hi. I</w:t>
            </w:r>
            <w:r>
              <w:rPr>
                <w:rFonts w:ascii="Arial Unicode MS" w:eastAsia="Arial Unicode MS" w:hAnsi="Arial Unicode MS" w:cs="Arial Unicode MS"/>
                <w:b/>
                <w:szCs w:val="20"/>
              </w:rPr>
              <w:t>’</w:t>
            </w:r>
            <w:r>
              <w:rPr>
                <w:rFonts w:ascii="Arial Unicode MS" w:eastAsia="Arial Unicode MS" w:hAnsi="Arial Unicode MS" w:cs="Arial Unicode MS" w:hint="eastAsia"/>
                <w:b/>
                <w:szCs w:val="20"/>
              </w:rPr>
              <w:t>m ________________.</w:t>
            </w:r>
          </w:p>
          <w:p w14:paraId="0B8B659B" w14:textId="77777777" w:rsidR="008E08F7" w:rsidRDefault="008E08F7" w:rsidP="005C750B">
            <w:pPr>
              <w:spacing w:line="460" w:lineRule="exact"/>
              <w:ind w:left="477" w:hangingChars="300" w:hanging="477"/>
              <w:jc w:val="both"/>
              <w:rPr>
                <w:rFonts w:ascii="Arial Unicode MS" w:eastAsia="Arial Unicode MS" w:hAnsi="Arial Unicode MS" w:cs="Arial Unicode MS"/>
                <w:b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Cs w:val="20"/>
              </w:rPr>
              <w:t xml:space="preserve"> Nice to meet you.</w:t>
            </w:r>
          </w:p>
          <w:p w14:paraId="7DC5A48D" w14:textId="77777777" w:rsidR="008E08F7" w:rsidRPr="00D93EF2" w:rsidRDefault="008E08F7" w:rsidP="005C750B">
            <w:pPr>
              <w:spacing w:line="460" w:lineRule="exact"/>
              <w:ind w:left="477" w:hangingChars="300" w:hanging="477"/>
              <w:jc w:val="both"/>
              <w:rPr>
                <w:rFonts w:ascii="Arial Unicode MS" w:eastAsia="Arial Unicode MS" w:hAnsi="Arial Unicode MS" w:cs="Arial Unicode MS"/>
                <w:b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Cs w:val="20"/>
              </w:rPr>
              <w:t>*What is this? It is a desk. (__________________)</w:t>
            </w:r>
          </w:p>
        </w:tc>
      </w:tr>
      <w:tr w:rsidR="008E08F7" w:rsidRPr="00767C6E" w14:paraId="3B715D02" w14:textId="77777777" w:rsidTr="005C750B">
        <w:trPr>
          <w:trHeight w:val="258"/>
        </w:trPr>
        <w:tc>
          <w:tcPr>
            <w:tcW w:w="2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5D775A" w14:textId="77777777" w:rsidR="008E08F7" w:rsidRDefault="008E08F7" w:rsidP="005C750B">
            <w:pPr>
              <w:spacing w:line="460" w:lineRule="exac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Oral Practice</w:t>
            </w:r>
          </w:p>
          <w:p w14:paraId="78B85D02" w14:textId="77777777" w:rsidR="008E08F7" w:rsidRPr="00767C6E" w:rsidRDefault="008E08F7" w:rsidP="005C750B">
            <w:pPr>
              <w:spacing w:line="460" w:lineRule="exact"/>
              <w:jc w:val="center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口語練習/作業</w:t>
            </w:r>
          </w:p>
        </w:tc>
        <w:tc>
          <w:tcPr>
            <w:tcW w:w="8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50119" w14:textId="77777777" w:rsidR="008E08F7" w:rsidRDefault="008E08F7" w:rsidP="005C750B">
            <w:pPr>
              <w:spacing w:line="460" w:lineRule="exact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*Greetings/ Question-What is this?</w:t>
            </w:r>
            <w:r>
              <w:rPr>
                <w:rFonts w:ascii="Arial Unicode MS" w:eastAsia="Arial Unicode MS" w:hAnsi="Arial Unicode MS" w:cs="Arial Unicode MS"/>
                <w:b/>
                <w:szCs w:val="24"/>
              </w:rPr>
              <w:t>這是什麼?</w:t>
            </w:r>
          </w:p>
          <w:p w14:paraId="2D980129" w14:textId="77777777" w:rsidR="008E08F7" w:rsidRPr="005E7183" w:rsidRDefault="008E08F7" w:rsidP="005C750B">
            <w:pPr>
              <w:spacing w:line="460" w:lineRule="exact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*Review Unit 1(複習第一單元)</w:t>
            </w:r>
          </w:p>
        </w:tc>
      </w:tr>
    </w:tbl>
    <w:p w14:paraId="0709EAC6" w14:textId="77777777" w:rsidR="008E08F7" w:rsidRDefault="008E08F7" w:rsidP="008E08F7">
      <w:pPr>
        <w:spacing w:line="460" w:lineRule="exact"/>
        <w:rPr>
          <w:rFonts w:ascii="標楷體" w:eastAsia="標楷體" w:hAnsi="標楷體"/>
          <w:b/>
          <w:szCs w:val="24"/>
        </w:rPr>
      </w:pPr>
    </w:p>
    <w:p w14:paraId="432C91BE" w14:textId="77777777" w:rsidR="008E08F7" w:rsidRDefault="008E08F7" w:rsidP="008E08F7">
      <w:pPr>
        <w:spacing w:line="240" w:lineRule="exact"/>
        <w:rPr>
          <w:rFonts w:ascii="標楷體" w:eastAsia="標楷體" w:hAnsi="標楷體"/>
          <w:b/>
          <w:szCs w:val="24"/>
          <w:lang w:val="en-GB"/>
        </w:rPr>
      </w:pPr>
    </w:p>
    <w:p w14:paraId="1FE01080" w14:textId="77777777" w:rsidR="008E08F7" w:rsidRDefault="008E08F7" w:rsidP="008E08F7">
      <w:pPr>
        <w:spacing w:line="240" w:lineRule="exact"/>
        <w:rPr>
          <w:rFonts w:ascii="標楷體" w:eastAsia="標楷體" w:hAnsi="標楷體"/>
          <w:b/>
          <w:szCs w:val="24"/>
          <w:lang w:val="en-GB"/>
        </w:rPr>
      </w:pPr>
    </w:p>
    <w:p w14:paraId="71E5B63E" w14:textId="77777777" w:rsidR="008E08F7" w:rsidRDefault="008E08F7" w:rsidP="008E08F7">
      <w:pPr>
        <w:spacing w:line="240" w:lineRule="exact"/>
        <w:rPr>
          <w:rFonts w:ascii="標楷體" w:eastAsia="標楷體" w:hAnsi="標楷體"/>
          <w:b/>
          <w:szCs w:val="24"/>
          <w:lang w:val="en-GB"/>
        </w:rPr>
      </w:pPr>
    </w:p>
    <w:p w14:paraId="4692A795" w14:textId="77777777" w:rsidR="008E08F7" w:rsidRDefault="008E08F7"/>
    <w:sectPr w:rsidR="008E08F7" w:rsidSect="00DD3AC2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E41C" w14:textId="77777777" w:rsidR="006149F5" w:rsidRDefault="006149F5" w:rsidP="004E0766">
      <w:pPr>
        <w:spacing w:after="0" w:line="240" w:lineRule="auto"/>
      </w:pPr>
      <w:r>
        <w:separator/>
      </w:r>
    </w:p>
  </w:endnote>
  <w:endnote w:type="continuationSeparator" w:id="0">
    <w:p w14:paraId="56EED045" w14:textId="77777777" w:rsidR="006149F5" w:rsidRDefault="006149F5" w:rsidP="004E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8062" w14:textId="77777777" w:rsidR="006149F5" w:rsidRDefault="006149F5" w:rsidP="004E0766">
      <w:pPr>
        <w:spacing w:after="0" w:line="240" w:lineRule="auto"/>
      </w:pPr>
      <w:r>
        <w:separator/>
      </w:r>
    </w:p>
  </w:footnote>
  <w:footnote w:type="continuationSeparator" w:id="0">
    <w:p w14:paraId="6F3403D7" w14:textId="77777777" w:rsidR="006149F5" w:rsidRDefault="006149F5" w:rsidP="004E0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1B3"/>
    <w:rsid w:val="0015074B"/>
    <w:rsid w:val="0023723D"/>
    <w:rsid w:val="0029639D"/>
    <w:rsid w:val="00326F90"/>
    <w:rsid w:val="004E0766"/>
    <w:rsid w:val="006149F5"/>
    <w:rsid w:val="00880510"/>
    <w:rsid w:val="00896AFB"/>
    <w:rsid w:val="008E08F7"/>
    <w:rsid w:val="009016C7"/>
    <w:rsid w:val="00A62AFD"/>
    <w:rsid w:val="00A96931"/>
    <w:rsid w:val="00AA1D8D"/>
    <w:rsid w:val="00AF313E"/>
    <w:rsid w:val="00B12971"/>
    <w:rsid w:val="00B47730"/>
    <w:rsid w:val="00BB6B43"/>
    <w:rsid w:val="00CB0664"/>
    <w:rsid w:val="00CC4603"/>
    <w:rsid w:val="00D12EF8"/>
    <w:rsid w:val="00DD3AC2"/>
    <w:rsid w:val="00E562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BDA843E"/>
  <w14:defaultImageDpi w14:val="300"/>
  <w15:docId w15:val="{66253663-8E3C-45C7-B470-BBE53D6B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2026-09-05T14:25:00Z</dcterms:created>
  <dcterms:modified xsi:type="dcterms:W3CDTF">2026-09-05T14:25:00Z</dcterms:modified>
  <cp:category/>
</cp:coreProperties>
</file>